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8DFD40" w14:textId="77777777" w:rsidR="00293E02" w:rsidRDefault="007C6301">
      <w:pPr>
        <w:spacing w:after="120"/>
        <w:jc w:val="center"/>
        <w:rPr>
          <w:i/>
        </w:rPr>
      </w:pPr>
      <w:r>
        <w:rPr>
          <w:i/>
        </w:rPr>
        <w:t>SU CARTA INTESTATA DELL'ASSOCIAZIONE</w:t>
      </w:r>
    </w:p>
    <w:p w14:paraId="2D04F1A2" w14:textId="77777777" w:rsidR="001B783A" w:rsidRDefault="001B783A">
      <w:pPr>
        <w:spacing w:after="120"/>
        <w:jc w:val="center"/>
      </w:pPr>
    </w:p>
    <w:p w14:paraId="61393E84" w14:textId="77777777" w:rsidR="00293E02" w:rsidRPr="001B783A" w:rsidRDefault="007C6301" w:rsidP="001B783A">
      <w:pPr>
        <w:spacing w:after="120"/>
        <w:jc w:val="right"/>
        <w:rPr>
          <w:vertAlign w:val="superscript"/>
        </w:rPr>
      </w:pPr>
      <w:r w:rsidRPr="001B783A">
        <w:rPr>
          <w:b/>
          <w:vertAlign w:val="superscript"/>
        </w:rPr>
        <w:t>ALLEGATO 2 — MODULO DI MANIFESTAZIONE DI INTERESSE</w:t>
      </w:r>
    </w:p>
    <w:p w14:paraId="6C20259E" w14:textId="77777777" w:rsidR="00293E02" w:rsidRDefault="007C6301" w:rsidP="001B783A">
      <w:pPr>
        <w:spacing w:after="120"/>
        <w:jc w:val="center"/>
      </w:pPr>
      <w:r>
        <w:rPr>
          <w:b/>
        </w:rPr>
        <w:t xml:space="preserve">Accordo di collaborazione ex art. 119 </w:t>
      </w:r>
      <w:proofErr w:type="gramStart"/>
      <w:r>
        <w:rPr>
          <w:b/>
        </w:rPr>
        <w:t>D.Lgs</w:t>
      </w:r>
      <w:proofErr w:type="gramEnd"/>
      <w:r>
        <w:rPr>
          <w:b/>
        </w:rPr>
        <w:t>. 267/2000 — Convegno "Sarroch Industrial Transitions", 16 ottobre 2026</w:t>
      </w:r>
    </w:p>
    <w:p w14:paraId="618D37C3" w14:textId="77777777" w:rsidR="001B783A" w:rsidRDefault="007C6301" w:rsidP="001B783A">
      <w:pPr>
        <w:spacing w:after="120"/>
        <w:ind w:left="5812"/>
      </w:pPr>
      <w:r>
        <w:t>Al Responsabile dell'Area Amministrativa</w:t>
      </w:r>
      <w:r>
        <w:br/>
        <w:t>Comune di Sarroch</w:t>
      </w:r>
    </w:p>
    <w:p w14:paraId="28500C2C" w14:textId="58B98E19" w:rsidR="00293E02" w:rsidRDefault="007C6301" w:rsidP="001B783A">
      <w:pPr>
        <w:spacing w:after="120"/>
        <w:ind w:left="5812"/>
      </w:pPr>
      <w:r>
        <w:t>PEC: protocollosarroch@pec.it</w:t>
      </w:r>
    </w:p>
    <w:p w14:paraId="21EFAB82" w14:textId="77777777" w:rsidR="00293E02" w:rsidRDefault="007C6301" w:rsidP="00E9600B">
      <w:pPr>
        <w:spacing w:after="120"/>
      </w:pPr>
      <w:r>
        <w:t>Il/La sottoscritto/a _____________________________________________</w:t>
      </w:r>
      <w:r>
        <w:br/>
        <w:t>nato/a a _____________________________________________ il _______________</w:t>
      </w:r>
      <w:r>
        <w:br/>
        <w:t>residente in _____________________________________________</w:t>
      </w:r>
      <w:r>
        <w:br/>
      </w:r>
      <w:r>
        <w:t>codice fiscale _____________________________________________</w:t>
      </w:r>
      <w:r>
        <w:br/>
        <w:t>in qualità di Legale Rappresentante dell'Associazione/Organizzazione:</w:t>
      </w:r>
    </w:p>
    <w:p w14:paraId="0293648F" w14:textId="77777777" w:rsidR="00293E02" w:rsidRDefault="007C6301" w:rsidP="00E9600B">
      <w:pPr>
        <w:spacing w:after="120"/>
      </w:pPr>
      <w:r>
        <w:t>Denominazione: _____________________________________________</w:t>
      </w:r>
      <w:r>
        <w:br/>
        <w:t>Sede legale: _____________________________________________</w:t>
      </w:r>
      <w:r>
        <w:br/>
        <w:t>C.F./P.IVA: _____________________________________________</w:t>
      </w:r>
      <w:r>
        <w:br/>
        <w:t>Tel.: ____________________  E-mail: ______________________________</w:t>
      </w:r>
      <w:r>
        <w:br/>
        <w:t>PEC: _____________________________________________</w:t>
      </w:r>
      <w:r>
        <w:br/>
        <w:t>Iscritta al RUNTS / Registro regionale / Albo:  □ Sì   □ No</w:t>
      </w:r>
      <w:r>
        <w:br/>
      </w:r>
      <w:r>
        <w:t>Numero e registro di iscrizione: _____________________________________________</w:t>
      </w:r>
    </w:p>
    <w:p w14:paraId="6B857C9E" w14:textId="77777777" w:rsidR="00293E02" w:rsidRDefault="007C6301">
      <w:pPr>
        <w:spacing w:after="120"/>
        <w:jc w:val="center"/>
      </w:pPr>
      <w:r>
        <w:rPr>
          <w:b/>
        </w:rPr>
        <w:t>MANIFESTA IL PROPRIO INTERESSE</w:t>
      </w:r>
    </w:p>
    <w:p w14:paraId="7B0A9BDA" w14:textId="77777777" w:rsidR="00293E02" w:rsidRDefault="007C6301">
      <w:pPr>
        <w:spacing w:after="120"/>
        <w:jc w:val="both"/>
      </w:pPr>
      <w:r>
        <w:t>a collaborare con il Comune di Sarroch per la realizzazione del convegno "Sarroch Industrial Transitions" del 16 ottobre 2026, presso Villa Siotto, ai sensi dell'avviso pubblico pubblicato in data ____/10/2026.</w:t>
      </w:r>
    </w:p>
    <w:p w14:paraId="610A04E3" w14:textId="77777777" w:rsidR="00293E02" w:rsidRDefault="007C6301">
      <w:pPr>
        <w:spacing w:after="120"/>
        <w:jc w:val="center"/>
      </w:pPr>
      <w:r>
        <w:rPr>
          <w:b/>
        </w:rPr>
        <w:t>A TAL FINE DICHIARA</w:t>
      </w:r>
    </w:p>
    <w:p w14:paraId="586A5AB2" w14:textId="77777777" w:rsidR="00293E02" w:rsidRDefault="007C6301">
      <w:pPr>
        <w:spacing w:after="120"/>
        <w:jc w:val="center"/>
      </w:pPr>
      <w:r>
        <w:rPr>
          <w:i/>
        </w:rPr>
        <w:t>(ai sensi degli artt. 46 e 47 del D.P.R. 445/2000, consapevole delle responsabilità penali in caso di dichiarazioni mendaci)</w:t>
      </w:r>
    </w:p>
    <w:p w14:paraId="03263D87" w14:textId="77777777" w:rsidR="00293E02" w:rsidRDefault="007C6301">
      <w:pPr>
        <w:spacing w:after="120"/>
        <w:jc w:val="both"/>
      </w:pPr>
      <w:r>
        <w:t>1. che l'associazione/organizzazione è regolarmente costituita e operante, non è in stato di liquidazione, scioglimento o sottoposta a procedure concorsuali, e non persegue fini di lucro;</w:t>
      </w:r>
    </w:p>
    <w:p w14:paraId="6D1315DE" w14:textId="77777777" w:rsidR="00293E02" w:rsidRDefault="007C6301">
      <w:pPr>
        <w:spacing w:after="120"/>
        <w:jc w:val="both"/>
      </w:pPr>
      <w:r>
        <w:t>2. che a proprio carico e a carico dei componenti degli organi sociali non sussistono cause di esclusione ai sensi degli artt. 94 e ss. del D.Lgs. 36/2023, in quanto applicabili, né sentenze di condanna passate in giudicato per reati contro la pubblica amministrazione, il patrimonio o la persona;</w:t>
      </w:r>
    </w:p>
    <w:p w14:paraId="103ADDD7" w14:textId="77777777" w:rsidR="00293E02" w:rsidRDefault="007C6301">
      <w:pPr>
        <w:spacing w:after="120"/>
        <w:jc w:val="both"/>
      </w:pPr>
      <w:r>
        <w:t>3. che non sussistono situazioni di conflitto di interessi, anche potenziale, con il Comune di Sarroch;</w:t>
      </w:r>
    </w:p>
    <w:p w14:paraId="3D5D32A2" w14:textId="77777777" w:rsidR="00293E02" w:rsidRDefault="007C6301">
      <w:pPr>
        <w:spacing w:after="120"/>
        <w:jc w:val="both"/>
      </w:pPr>
      <w:r>
        <w:t xml:space="preserve">4. di possedere esperienza e </w:t>
      </w:r>
      <w:proofErr w:type="spellStart"/>
      <w:r>
        <w:t>capacità</w:t>
      </w:r>
      <w:proofErr w:type="spellEnd"/>
      <w:r>
        <w:t xml:space="preserve"> </w:t>
      </w:r>
      <w:proofErr w:type="spellStart"/>
      <w:r>
        <w:t>organizzativa</w:t>
      </w:r>
      <w:proofErr w:type="spellEnd"/>
      <w:r>
        <w:t xml:space="preserve"> </w:t>
      </w:r>
      <w:proofErr w:type="spellStart"/>
      <w:r>
        <w:t>adeguate</w:t>
      </w:r>
      <w:proofErr w:type="spellEnd"/>
      <w:r>
        <w:t xml:space="preserve">, </w:t>
      </w:r>
      <w:r>
        <w:t xml:space="preserve">come 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documentato</w:t>
      </w:r>
      <w:proofErr w:type="spellEnd"/>
      <w:r>
        <w:t xml:space="preserve"> (almeno 2 eventi analoghi negli ultimi 5 anni):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699"/>
        <w:gridCol w:w="1949"/>
        <w:gridCol w:w="1949"/>
        <w:gridCol w:w="1949"/>
        <w:gridCol w:w="1949"/>
      </w:tblGrid>
      <w:tr w:rsidR="00293E02" w14:paraId="71F3B6C7" w14:textId="77777777" w:rsidTr="00B42454">
        <w:tc>
          <w:tcPr>
            <w:tcW w:w="1699" w:type="dxa"/>
          </w:tcPr>
          <w:p w14:paraId="3B6C4D2A" w14:textId="77777777" w:rsidR="00293E02" w:rsidRDefault="007C6301">
            <w:r>
              <w:rPr>
                <w:b/>
                <w:sz w:val="20"/>
              </w:rPr>
              <w:t>Anno</w:t>
            </w:r>
          </w:p>
        </w:tc>
        <w:tc>
          <w:tcPr>
            <w:tcW w:w="1949" w:type="dxa"/>
          </w:tcPr>
          <w:p w14:paraId="44D915B4" w14:textId="77777777" w:rsidR="00293E02" w:rsidRDefault="007C6301">
            <w:r>
              <w:rPr>
                <w:b/>
                <w:sz w:val="20"/>
              </w:rPr>
              <w:t>Denominazione evento</w:t>
            </w:r>
          </w:p>
        </w:tc>
        <w:tc>
          <w:tcPr>
            <w:tcW w:w="1949" w:type="dxa"/>
          </w:tcPr>
          <w:p w14:paraId="5722853D" w14:textId="77777777" w:rsidR="00293E02" w:rsidRDefault="007C6301">
            <w:r>
              <w:rPr>
                <w:b/>
                <w:sz w:val="20"/>
              </w:rPr>
              <w:t>Luogo</w:t>
            </w:r>
          </w:p>
        </w:tc>
        <w:tc>
          <w:tcPr>
            <w:tcW w:w="1949" w:type="dxa"/>
          </w:tcPr>
          <w:p w14:paraId="625E4FBF" w14:textId="77777777" w:rsidR="00293E02" w:rsidRDefault="007C6301">
            <w:r>
              <w:rPr>
                <w:b/>
                <w:sz w:val="20"/>
              </w:rPr>
              <w:t>N. partecipanti</w:t>
            </w:r>
          </w:p>
        </w:tc>
        <w:tc>
          <w:tcPr>
            <w:tcW w:w="1949" w:type="dxa"/>
          </w:tcPr>
          <w:p w14:paraId="57264361" w14:textId="77777777" w:rsidR="00293E02" w:rsidRDefault="007C6301">
            <w:r>
              <w:rPr>
                <w:b/>
                <w:sz w:val="20"/>
              </w:rPr>
              <w:t>Committente</w:t>
            </w:r>
          </w:p>
        </w:tc>
      </w:tr>
      <w:tr w:rsidR="00293E02" w14:paraId="48A36D67" w14:textId="77777777" w:rsidTr="00B42454">
        <w:tc>
          <w:tcPr>
            <w:tcW w:w="1699" w:type="dxa"/>
          </w:tcPr>
          <w:p w14:paraId="2DB7E8A1" w14:textId="77777777" w:rsidR="00293E02" w:rsidRDefault="00293E02"/>
        </w:tc>
        <w:tc>
          <w:tcPr>
            <w:tcW w:w="1949" w:type="dxa"/>
          </w:tcPr>
          <w:p w14:paraId="03643764" w14:textId="77777777" w:rsidR="00293E02" w:rsidRDefault="00293E02"/>
        </w:tc>
        <w:tc>
          <w:tcPr>
            <w:tcW w:w="1949" w:type="dxa"/>
          </w:tcPr>
          <w:p w14:paraId="36ADB512" w14:textId="77777777" w:rsidR="00293E02" w:rsidRDefault="00293E02"/>
        </w:tc>
        <w:tc>
          <w:tcPr>
            <w:tcW w:w="1949" w:type="dxa"/>
          </w:tcPr>
          <w:p w14:paraId="410840CA" w14:textId="77777777" w:rsidR="00293E02" w:rsidRDefault="00293E02"/>
        </w:tc>
        <w:tc>
          <w:tcPr>
            <w:tcW w:w="1949" w:type="dxa"/>
          </w:tcPr>
          <w:p w14:paraId="74AA69A2" w14:textId="77777777" w:rsidR="00293E02" w:rsidRDefault="00293E02"/>
        </w:tc>
      </w:tr>
      <w:tr w:rsidR="00293E02" w14:paraId="46B5BB4D" w14:textId="77777777" w:rsidTr="00B42454">
        <w:tc>
          <w:tcPr>
            <w:tcW w:w="1699" w:type="dxa"/>
          </w:tcPr>
          <w:p w14:paraId="40A8E481" w14:textId="77777777" w:rsidR="00293E02" w:rsidRDefault="00293E02"/>
        </w:tc>
        <w:tc>
          <w:tcPr>
            <w:tcW w:w="1949" w:type="dxa"/>
          </w:tcPr>
          <w:p w14:paraId="2A530BC5" w14:textId="77777777" w:rsidR="00293E02" w:rsidRDefault="00293E02"/>
        </w:tc>
        <w:tc>
          <w:tcPr>
            <w:tcW w:w="1949" w:type="dxa"/>
          </w:tcPr>
          <w:p w14:paraId="4EF7556A" w14:textId="77777777" w:rsidR="00293E02" w:rsidRDefault="00293E02"/>
        </w:tc>
        <w:tc>
          <w:tcPr>
            <w:tcW w:w="1949" w:type="dxa"/>
          </w:tcPr>
          <w:p w14:paraId="01949CFA" w14:textId="77777777" w:rsidR="00293E02" w:rsidRDefault="00293E02"/>
        </w:tc>
        <w:tc>
          <w:tcPr>
            <w:tcW w:w="1949" w:type="dxa"/>
          </w:tcPr>
          <w:p w14:paraId="3D56D1A7" w14:textId="77777777" w:rsidR="00293E02" w:rsidRDefault="00293E02"/>
        </w:tc>
      </w:tr>
      <w:tr w:rsidR="00293E02" w14:paraId="17835C8F" w14:textId="77777777" w:rsidTr="00B42454">
        <w:tc>
          <w:tcPr>
            <w:tcW w:w="1699" w:type="dxa"/>
          </w:tcPr>
          <w:p w14:paraId="44DF50CA" w14:textId="77777777" w:rsidR="00293E02" w:rsidRDefault="00293E02"/>
        </w:tc>
        <w:tc>
          <w:tcPr>
            <w:tcW w:w="1949" w:type="dxa"/>
          </w:tcPr>
          <w:p w14:paraId="462B2ABA" w14:textId="77777777" w:rsidR="00293E02" w:rsidRDefault="00293E02"/>
        </w:tc>
        <w:tc>
          <w:tcPr>
            <w:tcW w:w="1949" w:type="dxa"/>
          </w:tcPr>
          <w:p w14:paraId="0112F725" w14:textId="77777777" w:rsidR="00293E02" w:rsidRDefault="00293E02"/>
        </w:tc>
        <w:tc>
          <w:tcPr>
            <w:tcW w:w="1949" w:type="dxa"/>
          </w:tcPr>
          <w:p w14:paraId="4F9FE430" w14:textId="77777777" w:rsidR="00293E02" w:rsidRDefault="00293E02"/>
        </w:tc>
        <w:tc>
          <w:tcPr>
            <w:tcW w:w="1949" w:type="dxa"/>
          </w:tcPr>
          <w:p w14:paraId="4401E38C" w14:textId="77777777" w:rsidR="00293E02" w:rsidRDefault="00293E02"/>
        </w:tc>
      </w:tr>
    </w:tbl>
    <w:p w14:paraId="2582A69A" w14:textId="77777777" w:rsidR="00293E02" w:rsidRDefault="00293E02"/>
    <w:p w14:paraId="5F66F22F" w14:textId="77777777" w:rsidR="00B42454" w:rsidRDefault="00B42454"/>
    <w:p w14:paraId="5CB6ED8E" w14:textId="77777777" w:rsidR="00B42454" w:rsidRDefault="00B42454"/>
    <w:p w14:paraId="203E34D1" w14:textId="77777777" w:rsidR="00293E02" w:rsidRDefault="007C6301">
      <w:pPr>
        <w:spacing w:after="120"/>
        <w:jc w:val="both"/>
      </w:pPr>
      <w:r>
        <w:t>5. che per la gestione dell'evento si prevede di impiegare il seguente personale: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857"/>
        <w:gridCol w:w="3249"/>
        <w:gridCol w:w="3249"/>
      </w:tblGrid>
      <w:tr w:rsidR="00293E02" w14:paraId="4A62BF7B" w14:textId="77777777" w:rsidTr="00B42454">
        <w:tc>
          <w:tcPr>
            <w:tcW w:w="2857" w:type="dxa"/>
          </w:tcPr>
          <w:p w14:paraId="0D7D0BB9" w14:textId="77777777" w:rsidR="00293E02" w:rsidRDefault="007C6301">
            <w:proofErr w:type="spellStart"/>
            <w:r>
              <w:rPr>
                <w:b/>
                <w:sz w:val="20"/>
              </w:rPr>
              <w:t>Ruolo</w:t>
            </w:r>
            <w:proofErr w:type="spellEnd"/>
          </w:p>
        </w:tc>
        <w:tc>
          <w:tcPr>
            <w:tcW w:w="3249" w:type="dxa"/>
          </w:tcPr>
          <w:p w14:paraId="11376ADD" w14:textId="77777777" w:rsidR="00293E02" w:rsidRDefault="007C6301">
            <w:r>
              <w:rPr>
                <w:b/>
                <w:sz w:val="20"/>
              </w:rPr>
              <w:t>N. persone</w:t>
            </w:r>
          </w:p>
        </w:tc>
        <w:tc>
          <w:tcPr>
            <w:tcW w:w="3249" w:type="dxa"/>
          </w:tcPr>
          <w:p w14:paraId="160B4BAC" w14:textId="77777777" w:rsidR="00293E02" w:rsidRDefault="007C6301">
            <w:r>
              <w:rPr>
                <w:b/>
                <w:sz w:val="20"/>
              </w:rPr>
              <w:t>Formazione/Qualifica</w:t>
            </w:r>
          </w:p>
        </w:tc>
      </w:tr>
      <w:tr w:rsidR="00293E02" w14:paraId="7DC17AA2" w14:textId="77777777" w:rsidTr="00B42454">
        <w:tc>
          <w:tcPr>
            <w:tcW w:w="2857" w:type="dxa"/>
          </w:tcPr>
          <w:p w14:paraId="49589BCA" w14:textId="77777777" w:rsidR="00293E02" w:rsidRDefault="007C6301">
            <w:r>
              <w:rPr>
                <w:sz w:val="20"/>
              </w:rPr>
              <w:t>Responsabile organizzativo</w:t>
            </w:r>
          </w:p>
        </w:tc>
        <w:tc>
          <w:tcPr>
            <w:tcW w:w="3249" w:type="dxa"/>
          </w:tcPr>
          <w:p w14:paraId="675D6082" w14:textId="77777777" w:rsidR="00293E02" w:rsidRDefault="00293E02"/>
        </w:tc>
        <w:tc>
          <w:tcPr>
            <w:tcW w:w="3249" w:type="dxa"/>
          </w:tcPr>
          <w:p w14:paraId="044C4A0D" w14:textId="77777777" w:rsidR="00293E02" w:rsidRDefault="00293E02"/>
        </w:tc>
      </w:tr>
      <w:tr w:rsidR="00293E02" w14:paraId="4F8F4070" w14:textId="77777777" w:rsidTr="00B42454">
        <w:tc>
          <w:tcPr>
            <w:tcW w:w="2857" w:type="dxa"/>
          </w:tcPr>
          <w:p w14:paraId="028A959C" w14:textId="77777777" w:rsidR="00293E02" w:rsidRDefault="007C6301">
            <w:r>
              <w:rPr>
                <w:sz w:val="20"/>
              </w:rPr>
              <w:t>Addetti accoglienza e ospitalità ospiti</w:t>
            </w:r>
          </w:p>
        </w:tc>
        <w:tc>
          <w:tcPr>
            <w:tcW w:w="3249" w:type="dxa"/>
          </w:tcPr>
          <w:p w14:paraId="199A45C9" w14:textId="77777777" w:rsidR="00293E02" w:rsidRDefault="00293E02"/>
        </w:tc>
        <w:tc>
          <w:tcPr>
            <w:tcW w:w="3249" w:type="dxa"/>
          </w:tcPr>
          <w:p w14:paraId="4E73E7C5" w14:textId="77777777" w:rsidR="00293E02" w:rsidRDefault="00293E02"/>
        </w:tc>
      </w:tr>
      <w:tr w:rsidR="00293E02" w14:paraId="0AB00188" w14:textId="77777777" w:rsidTr="00B42454">
        <w:tc>
          <w:tcPr>
            <w:tcW w:w="2857" w:type="dxa"/>
          </w:tcPr>
          <w:p w14:paraId="45A7FAA7" w14:textId="77777777" w:rsidR="00293E02" w:rsidRDefault="007C6301">
            <w:r>
              <w:rPr>
                <w:sz w:val="20"/>
              </w:rPr>
              <w:t>Addetti comunicazione e promozione</w:t>
            </w:r>
          </w:p>
        </w:tc>
        <w:tc>
          <w:tcPr>
            <w:tcW w:w="3249" w:type="dxa"/>
          </w:tcPr>
          <w:p w14:paraId="5847BD12" w14:textId="77777777" w:rsidR="00293E02" w:rsidRDefault="00293E02"/>
        </w:tc>
        <w:tc>
          <w:tcPr>
            <w:tcW w:w="3249" w:type="dxa"/>
          </w:tcPr>
          <w:p w14:paraId="532D44AA" w14:textId="77777777" w:rsidR="00293E02" w:rsidRDefault="00293E02"/>
        </w:tc>
      </w:tr>
      <w:tr w:rsidR="00293E02" w14:paraId="2BD4ECCC" w14:textId="77777777" w:rsidTr="00B42454">
        <w:tc>
          <w:tcPr>
            <w:tcW w:w="2857" w:type="dxa"/>
          </w:tcPr>
          <w:p w14:paraId="1D3774BB" w14:textId="77777777" w:rsidR="00293E02" w:rsidRDefault="007C6301">
            <w:r>
              <w:rPr>
                <w:sz w:val="20"/>
              </w:rPr>
              <w:t>Addetti sicurezza/allestimento/pulizia</w:t>
            </w:r>
          </w:p>
        </w:tc>
        <w:tc>
          <w:tcPr>
            <w:tcW w:w="3249" w:type="dxa"/>
          </w:tcPr>
          <w:p w14:paraId="7385F7DB" w14:textId="77777777" w:rsidR="00293E02" w:rsidRDefault="00293E02"/>
        </w:tc>
        <w:tc>
          <w:tcPr>
            <w:tcW w:w="3249" w:type="dxa"/>
          </w:tcPr>
          <w:p w14:paraId="75828929" w14:textId="77777777" w:rsidR="00293E02" w:rsidRDefault="00293E02"/>
        </w:tc>
      </w:tr>
      <w:tr w:rsidR="00293E02" w14:paraId="2CE21599" w14:textId="77777777" w:rsidTr="00B42454">
        <w:tc>
          <w:tcPr>
            <w:tcW w:w="2857" w:type="dxa"/>
          </w:tcPr>
          <w:p w14:paraId="228D0E2D" w14:textId="77777777" w:rsidR="00293E02" w:rsidRDefault="007C6301">
            <w:r>
              <w:rPr>
                <w:sz w:val="20"/>
              </w:rPr>
              <w:t>Altro (specificare)</w:t>
            </w:r>
          </w:p>
        </w:tc>
        <w:tc>
          <w:tcPr>
            <w:tcW w:w="3249" w:type="dxa"/>
          </w:tcPr>
          <w:p w14:paraId="18659371" w14:textId="77777777" w:rsidR="00293E02" w:rsidRDefault="00293E02"/>
        </w:tc>
        <w:tc>
          <w:tcPr>
            <w:tcW w:w="3249" w:type="dxa"/>
          </w:tcPr>
          <w:p w14:paraId="0BD60748" w14:textId="77777777" w:rsidR="00293E02" w:rsidRDefault="00293E02"/>
        </w:tc>
      </w:tr>
    </w:tbl>
    <w:p w14:paraId="14207D28" w14:textId="77777777" w:rsidR="00293E02" w:rsidRDefault="007C6301">
      <w:pPr>
        <w:spacing w:after="120"/>
        <w:jc w:val="both"/>
      </w:pPr>
      <w:r>
        <w:t xml:space="preserve">6. </w:t>
      </w:r>
      <w:r w:rsidRPr="00535AB8">
        <w:rPr>
          <w:sz w:val="32"/>
          <w:szCs w:val="32"/>
        </w:rPr>
        <w:t xml:space="preserve">□ </w:t>
      </w:r>
      <w:r>
        <w:t xml:space="preserve">di disporre già di polizza assicurativa </w:t>
      </w:r>
      <w:proofErr w:type="gramStart"/>
      <w:r>
        <w:t xml:space="preserve">RCT;  </w:t>
      </w:r>
      <w:r w:rsidRPr="00535AB8">
        <w:rPr>
          <w:sz w:val="32"/>
          <w:szCs w:val="32"/>
        </w:rPr>
        <w:t>□</w:t>
      </w:r>
      <w:proofErr w:type="gramEnd"/>
      <w:r>
        <w:t xml:space="preserve"> di impegnarsi a stipulare apposita polizza RCT prima dell'evento;</w:t>
      </w:r>
    </w:p>
    <w:p w14:paraId="3D6E29D8" w14:textId="77777777" w:rsidR="00293E02" w:rsidRDefault="007C6301">
      <w:pPr>
        <w:spacing w:after="120"/>
        <w:jc w:val="both"/>
      </w:pPr>
      <w:r>
        <w:t xml:space="preserve">7. </w:t>
      </w:r>
      <w:r w:rsidRPr="00535AB8">
        <w:rPr>
          <w:sz w:val="32"/>
          <w:szCs w:val="32"/>
        </w:rPr>
        <w:t xml:space="preserve">□ </w:t>
      </w:r>
      <w:r>
        <w:t xml:space="preserve">di disporre di attrezzature proprie;  </w:t>
      </w:r>
      <w:r w:rsidRPr="00535AB8">
        <w:rPr>
          <w:sz w:val="32"/>
          <w:szCs w:val="32"/>
        </w:rPr>
        <w:t>□</w:t>
      </w:r>
      <w:r>
        <w:t xml:space="preserve"> di provvedere al reperimento/noleggio delle attrezzature necessarie;</w:t>
      </w:r>
    </w:p>
    <w:p w14:paraId="464813CB" w14:textId="77777777" w:rsidR="00293E02" w:rsidRDefault="007C6301">
      <w:pPr>
        <w:spacing w:after="120"/>
        <w:jc w:val="both"/>
      </w:pPr>
      <w:r>
        <w:t>8. di impegnarsi a curare gli adempimenti autorizzativi, assicurativi e di sicurezza connessi alle attività di propria competenza;</w:t>
      </w:r>
    </w:p>
    <w:p w14:paraId="562C21CB" w14:textId="77777777" w:rsidR="00293E02" w:rsidRDefault="007C6301">
      <w:pPr>
        <w:spacing w:after="120"/>
        <w:jc w:val="both"/>
      </w:pPr>
      <w:r>
        <w:t>9. di essere consapevole che il rapporto prevede il solo rimborso delle spese effettivamente sostenute e documentate, fino a un massimo di € 10.000,00 onnicomprensivo, senza corrispettivo né utile, e di rinunciare a qualsiasi ulteriore pretesa;</w:t>
      </w:r>
    </w:p>
    <w:p w14:paraId="76195AC9" w14:textId="77777777" w:rsidR="00293E02" w:rsidRDefault="007C6301">
      <w:pPr>
        <w:spacing w:after="120"/>
        <w:jc w:val="both"/>
      </w:pPr>
      <w:r>
        <w:t>10. di accettare integralmente le condizioni dell'avviso pubblico e dello schema di accordo di collaborazione (Allegato A);</w:t>
      </w:r>
    </w:p>
    <w:p w14:paraId="45BCBC64" w14:textId="77777777" w:rsidR="00293E02" w:rsidRDefault="007C6301">
      <w:pPr>
        <w:spacing w:after="120"/>
        <w:jc w:val="both"/>
      </w:pPr>
      <w:r>
        <w:t>11. di impegnarsi al rispetto del D.P.R. 62/2013 e del Codice di comportamento del Comune di Sarroch;</w:t>
      </w:r>
    </w:p>
    <w:p w14:paraId="74942D67" w14:textId="77777777" w:rsidR="00293E02" w:rsidRDefault="007C6301">
      <w:pPr>
        <w:spacing w:after="120"/>
        <w:jc w:val="both"/>
      </w:pPr>
      <w:r>
        <w:t>12. di essere informato/a che i dati personali forniti saranno trattati dal Comune di Sarroch ai sensi del GDPR UE 2016/679.</w:t>
      </w:r>
    </w:p>
    <w:p w14:paraId="5E738B5E" w14:textId="77777777" w:rsidR="00F6600D" w:rsidRDefault="007C6301">
      <w:pPr>
        <w:spacing w:after="120"/>
        <w:jc w:val="both"/>
      </w:pPr>
      <w:r>
        <w:t xml:space="preserve">Allega: </w:t>
      </w:r>
    </w:p>
    <w:p w14:paraId="1F95E888" w14:textId="246EFD04" w:rsidR="00F6600D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t xml:space="preserve">     </w:t>
      </w:r>
      <w:proofErr w:type="spellStart"/>
      <w:r w:rsidR="007C6301">
        <w:t>proposta</w:t>
      </w:r>
      <w:proofErr w:type="spellEnd"/>
      <w:r w:rsidR="007C6301">
        <w:t xml:space="preserve"> </w:t>
      </w:r>
      <w:proofErr w:type="spellStart"/>
      <w:r w:rsidR="007C6301">
        <w:t>organizzativa</w:t>
      </w:r>
      <w:proofErr w:type="spellEnd"/>
      <w:r w:rsidR="007C6301">
        <w:t xml:space="preserve"> (max 2 </w:t>
      </w:r>
      <w:proofErr w:type="spellStart"/>
      <w:r w:rsidR="007C6301">
        <w:t>pagine</w:t>
      </w:r>
      <w:proofErr w:type="spellEnd"/>
      <w:r w:rsidR="007C6301">
        <w:t xml:space="preserve">); </w:t>
      </w:r>
    </w:p>
    <w:p w14:paraId="72D7FCBB" w14:textId="25B9EF48" w:rsidR="00F6600D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rPr>
          <w:rFonts w:ascii="Wingdings 2" w:hAnsi="Wingdings 2"/>
          <w:sz w:val="28"/>
          <w:szCs w:val="28"/>
        </w:rPr>
        <w:t xml:space="preserve"> </w:t>
      </w:r>
      <w:r w:rsidR="007C6301">
        <w:t>curriculum/</w:t>
      </w:r>
      <w:proofErr w:type="spellStart"/>
      <w:r w:rsidR="007C6301">
        <w:t>profilo</w:t>
      </w:r>
      <w:proofErr w:type="spellEnd"/>
      <w:r w:rsidR="007C6301">
        <w:t xml:space="preserve"> del </w:t>
      </w:r>
      <w:proofErr w:type="spellStart"/>
      <w:r w:rsidR="007C6301">
        <w:t>soggetto</w:t>
      </w:r>
      <w:proofErr w:type="spellEnd"/>
      <w:r w:rsidR="007C6301">
        <w:t xml:space="preserve">; </w:t>
      </w:r>
    </w:p>
    <w:p w14:paraId="35AECCC1" w14:textId="4898B739" w:rsidR="00F6600D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rPr>
          <w:rFonts w:ascii="Wingdings 2" w:hAnsi="Wingdings 2"/>
          <w:sz w:val="28"/>
          <w:szCs w:val="28"/>
        </w:rPr>
        <w:t xml:space="preserve"> </w:t>
      </w:r>
      <w:proofErr w:type="spellStart"/>
      <w:r w:rsidR="007C6301">
        <w:t>documento</w:t>
      </w:r>
      <w:proofErr w:type="spellEnd"/>
      <w:r w:rsidR="007C6301">
        <w:t xml:space="preserve"> </w:t>
      </w:r>
      <w:proofErr w:type="spellStart"/>
      <w:r w:rsidR="007C6301">
        <w:t>d'identità</w:t>
      </w:r>
      <w:proofErr w:type="spellEnd"/>
      <w:r w:rsidR="007C6301">
        <w:t xml:space="preserve"> del </w:t>
      </w:r>
      <w:proofErr w:type="spellStart"/>
      <w:r w:rsidR="007C6301">
        <w:t>legale</w:t>
      </w:r>
      <w:proofErr w:type="spellEnd"/>
      <w:r w:rsidR="007C6301">
        <w:t xml:space="preserve"> rappresentante; </w:t>
      </w:r>
    </w:p>
    <w:p w14:paraId="12370DAC" w14:textId="7F5DB293" w:rsidR="00F6600D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rPr>
          <w:rFonts w:ascii="Wingdings 2" w:hAnsi="Wingdings 2"/>
          <w:sz w:val="28"/>
          <w:szCs w:val="28"/>
        </w:rPr>
        <w:t xml:space="preserve"> </w:t>
      </w:r>
      <w:proofErr w:type="spellStart"/>
      <w:r w:rsidR="007C6301">
        <w:t>statuto</w:t>
      </w:r>
      <w:proofErr w:type="spellEnd"/>
      <w:r w:rsidR="007C6301">
        <w:t xml:space="preserve"> e </w:t>
      </w:r>
      <w:proofErr w:type="spellStart"/>
      <w:r w:rsidR="007C6301">
        <w:t>atto</w:t>
      </w:r>
      <w:proofErr w:type="spellEnd"/>
      <w:r w:rsidR="007C6301">
        <w:t xml:space="preserve"> </w:t>
      </w:r>
      <w:proofErr w:type="spellStart"/>
      <w:r w:rsidR="007C6301">
        <w:t>costitutivo</w:t>
      </w:r>
      <w:proofErr w:type="spellEnd"/>
      <w:r w:rsidR="007C6301">
        <w:t xml:space="preserve">; </w:t>
      </w:r>
    </w:p>
    <w:p w14:paraId="52727EDC" w14:textId="57BCC1A5" w:rsidR="00F6600D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rPr>
          <w:rFonts w:ascii="Wingdings 2" w:hAnsi="Wingdings 2"/>
          <w:sz w:val="28"/>
          <w:szCs w:val="28"/>
        </w:rPr>
        <w:t xml:space="preserve"> </w:t>
      </w:r>
      <w:proofErr w:type="spellStart"/>
      <w:r w:rsidR="007C6301">
        <w:t>eventuale</w:t>
      </w:r>
      <w:proofErr w:type="spellEnd"/>
      <w:r w:rsidR="007C6301">
        <w:t xml:space="preserve"> </w:t>
      </w:r>
      <w:proofErr w:type="spellStart"/>
      <w:r w:rsidR="007C6301">
        <w:t>polizza</w:t>
      </w:r>
      <w:proofErr w:type="spellEnd"/>
      <w:r w:rsidR="007C6301">
        <w:t xml:space="preserve"> RCT; </w:t>
      </w:r>
    </w:p>
    <w:p w14:paraId="0BBA5149" w14:textId="3A4DDA4E" w:rsidR="00F6600D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rPr>
          <w:rFonts w:ascii="Wingdings 2" w:hAnsi="Wingdings 2"/>
          <w:sz w:val="28"/>
          <w:szCs w:val="28"/>
        </w:rPr>
        <w:t xml:space="preserve"> </w:t>
      </w:r>
      <w:proofErr w:type="spellStart"/>
      <w:r w:rsidR="007C6301">
        <w:t>eventuale</w:t>
      </w:r>
      <w:proofErr w:type="spellEnd"/>
      <w:r w:rsidR="007C6301">
        <w:t xml:space="preserve"> </w:t>
      </w:r>
      <w:proofErr w:type="spellStart"/>
      <w:r w:rsidR="007C6301">
        <w:t>iscrizione</w:t>
      </w:r>
      <w:proofErr w:type="spellEnd"/>
      <w:r w:rsidR="007C6301">
        <w:t xml:space="preserve"> RUNTS; </w:t>
      </w:r>
    </w:p>
    <w:p w14:paraId="739EC9E4" w14:textId="040476CA" w:rsidR="00293E02" w:rsidRDefault="00F15559">
      <w:pPr>
        <w:spacing w:after="120"/>
        <w:jc w:val="both"/>
      </w:pPr>
      <w:r w:rsidRPr="00F15559">
        <w:rPr>
          <w:rFonts w:ascii="Wingdings 2" w:hAnsi="Wingdings 2"/>
          <w:sz w:val="28"/>
          <w:szCs w:val="28"/>
        </w:rPr>
        <w:t>£</w:t>
      </w:r>
      <w:r>
        <w:rPr>
          <w:rFonts w:ascii="Wingdings 2" w:hAnsi="Wingdings 2"/>
          <w:sz w:val="28"/>
          <w:szCs w:val="28"/>
        </w:rPr>
        <w:t xml:space="preserve"> </w:t>
      </w:r>
      <w:proofErr w:type="spellStart"/>
      <w:r w:rsidR="007C6301">
        <w:t>altro</w:t>
      </w:r>
      <w:proofErr w:type="spellEnd"/>
      <w:r w:rsidR="007C6301">
        <w:t>: ________</w:t>
      </w:r>
    </w:p>
    <w:p w14:paraId="25B607F5" w14:textId="77777777" w:rsidR="00F6600D" w:rsidRDefault="00F6600D">
      <w:pPr>
        <w:spacing w:after="120"/>
        <w:jc w:val="both"/>
      </w:pPr>
    </w:p>
    <w:p w14:paraId="74701A35" w14:textId="77777777" w:rsidR="001B783A" w:rsidRDefault="007C6301">
      <w:pPr>
        <w:spacing w:after="120"/>
        <w:jc w:val="both"/>
      </w:pPr>
      <w:proofErr w:type="spellStart"/>
      <w:r>
        <w:lastRenderedPageBreak/>
        <w:t>Luogo</w:t>
      </w:r>
      <w:proofErr w:type="spellEnd"/>
      <w:r>
        <w:t xml:space="preserve"> e data ________________</w:t>
      </w:r>
      <w:r>
        <w:tab/>
      </w:r>
      <w:r>
        <w:tab/>
      </w:r>
      <w:proofErr w:type="spellStart"/>
      <w:r>
        <w:t>Firma</w:t>
      </w:r>
      <w:proofErr w:type="spellEnd"/>
      <w:r>
        <w:t xml:space="preserve"> del Legale Rappresentante ________________</w:t>
      </w:r>
      <w:r>
        <w:br/>
      </w:r>
    </w:p>
    <w:p w14:paraId="2DB42B3D" w14:textId="6C25526D" w:rsidR="00293E02" w:rsidRDefault="007C6301">
      <w:pPr>
        <w:spacing w:after="120"/>
        <w:jc w:val="both"/>
      </w:pPr>
      <w:r>
        <w:t>(</w:t>
      </w:r>
      <w:proofErr w:type="spellStart"/>
      <w:r>
        <w:t>allegare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d'identità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validità</w:t>
      </w:r>
      <w:proofErr w:type="spellEnd"/>
      <w:r w:rsidR="001B783A">
        <w:t xml:space="preserve">, NON </w:t>
      </w:r>
      <w:proofErr w:type="spellStart"/>
      <w:r w:rsidR="001B783A">
        <w:t>necessario</w:t>
      </w:r>
      <w:proofErr w:type="spellEnd"/>
      <w:r w:rsidR="001B783A">
        <w:t xml:space="preserve"> se </w:t>
      </w:r>
      <w:proofErr w:type="spellStart"/>
      <w:r w:rsidR="001B783A">
        <w:t>firmato</w:t>
      </w:r>
      <w:proofErr w:type="spellEnd"/>
      <w:r w:rsidR="001B783A">
        <w:t xml:space="preserve"> digitalmente</w:t>
      </w:r>
      <w:r>
        <w:t>)</w:t>
      </w:r>
    </w:p>
    <w:p w14:paraId="0448A0CF" w14:textId="77777777" w:rsidR="00F15559" w:rsidRDefault="00F15559">
      <w:pPr>
        <w:spacing w:after="120"/>
        <w:jc w:val="both"/>
        <w:rPr>
          <w:i/>
        </w:rPr>
      </w:pPr>
    </w:p>
    <w:sectPr w:rsidR="00F15559" w:rsidSect="001B783A">
      <w:footerReference w:type="default" r:id="rId8"/>
      <w:pgSz w:w="12240" w:h="15840"/>
      <w:pgMar w:top="71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8594A" w14:textId="77777777" w:rsidR="007C6301" w:rsidRDefault="007C6301" w:rsidP="001B783A">
      <w:pPr>
        <w:spacing w:after="0" w:line="240" w:lineRule="auto"/>
      </w:pPr>
      <w:r>
        <w:separator/>
      </w:r>
    </w:p>
  </w:endnote>
  <w:endnote w:type="continuationSeparator" w:id="0">
    <w:p w14:paraId="6D31A004" w14:textId="77777777" w:rsidR="007C6301" w:rsidRDefault="007C6301" w:rsidP="001B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8CC57" w14:textId="77777777" w:rsidR="001B783A" w:rsidRPr="001B783A" w:rsidRDefault="001B783A" w:rsidP="001B783A">
    <w:pPr>
      <w:spacing w:after="120"/>
      <w:jc w:val="both"/>
      <w:rPr>
        <w:sz w:val="18"/>
        <w:szCs w:val="18"/>
      </w:rPr>
    </w:pPr>
    <w:proofErr w:type="spellStart"/>
    <w:r w:rsidRPr="001B783A">
      <w:rPr>
        <w:i/>
        <w:sz w:val="18"/>
        <w:szCs w:val="18"/>
      </w:rPr>
      <w:t>Informativa</w:t>
    </w:r>
    <w:proofErr w:type="spellEnd"/>
    <w:r w:rsidRPr="001B783A">
      <w:rPr>
        <w:i/>
        <w:sz w:val="18"/>
        <w:szCs w:val="18"/>
      </w:rPr>
      <w:t xml:space="preserve"> privacy (art. 13 GDPR): </w:t>
    </w:r>
    <w:proofErr w:type="spellStart"/>
    <w:r w:rsidRPr="001B783A">
      <w:rPr>
        <w:i/>
        <w:sz w:val="18"/>
        <w:szCs w:val="18"/>
      </w:rPr>
      <w:t>i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dati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sono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trattati</w:t>
    </w:r>
    <w:proofErr w:type="spellEnd"/>
    <w:r w:rsidRPr="001B783A">
      <w:rPr>
        <w:i/>
        <w:sz w:val="18"/>
        <w:szCs w:val="18"/>
      </w:rPr>
      <w:t xml:space="preserve"> dal Comune di Sarroch (</w:t>
    </w:r>
    <w:proofErr w:type="spellStart"/>
    <w:r w:rsidRPr="001B783A">
      <w:rPr>
        <w:i/>
        <w:sz w:val="18"/>
        <w:szCs w:val="18"/>
      </w:rPr>
      <w:t>titolare</w:t>
    </w:r>
    <w:proofErr w:type="spellEnd"/>
    <w:r w:rsidRPr="001B783A">
      <w:rPr>
        <w:i/>
        <w:sz w:val="18"/>
        <w:szCs w:val="18"/>
      </w:rPr>
      <w:t xml:space="preserve">) </w:t>
    </w:r>
    <w:proofErr w:type="spellStart"/>
    <w:r w:rsidRPr="001B783A">
      <w:rPr>
        <w:i/>
        <w:sz w:val="18"/>
        <w:szCs w:val="18"/>
      </w:rPr>
      <w:t>esclusivamente</w:t>
    </w:r>
    <w:proofErr w:type="spellEnd"/>
    <w:r w:rsidRPr="001B783A">
      <w:rPr>
        <w:i/>
        <w:sz w:val="18"/>
        <w:szCs w:val="18"/>
      </w:rPr>
      <w:t xml:space="preserve"> per le </w:t>
    </w:r>
    <w:proofErr w:type="spellStart"/>
    <w:r w:rsidRPr="001B783A">
      <w:rPr>
        <w:i/>
        <w:sz w:val="18"/>
        <w:szCs w:val="18"/>
      </w:rPr>
      <w:t>finalità</w:t>
    </w:r>
    <w:proofErr w:type="spellEnd"/>
    <w:r w:rsidRPr="001B783A">
      <w:rPr>
        <w:i/>
        <w:sz w:val="18"/>
        <w:szCs w:val="18"/>
      </w:rPr>
      <w:t xml:space="preserve"> della </w:t>
    </w:r>
    <w:proofErr w:type="spellStart"/>
    <w:r w:rsidRPr="001B783A">
      <w:rPr>
        <w:i/>
        <w:sz w:val="18"/>
        <w:szCs w:val="18"/>
      </w:rPr>
      <w:t>presente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procedura</w:t>
    </w:r>
    <w:proofErr w:type="spellEnd"/>
    <w:r w:rsidRPr="001B783A">
      <w:rPr>
        <w:i/>
        <w:sz w:val="18"/>
        <w:szCs w:val="18"/>
      </w:rPr>
      <w:t xml:space="preserve">. </w:t>
    </w:r>
    <w:proofErr w:type="spellStart"/>
    <w:r w:rsidRPr="001B783A">
      <w:rPr>
        <w:i/>
        <w:sz w:val="18"/>
        <w:szCs w:val="18"/>
      </w:rPr>
      <w:t>Gli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interessati hanno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diritto</w:t>
    </w:r>
    <w:proofErr w:type="spellEnd"/>
    <w:r w:rsidRPr="001B783A">
      <w:rPr>
        <w:i/>
        <w:sz w:val="18"/>
        <w:szCs w:val="18"/>
      </w:rPr>
      <w:t xml:space="preserve"> di accesso, </w:t>
    </w:r>
    <w:proofErr w:type="spellStart"/>
    <w:r w:rsidRPr="001B783A">
      <w:rPr>
        <w:i/>
        <w:sz w:val="18"/>
        <w:szCs w:val="18"/>
      </w:rPr>
      <w:t>rettifica</w:t>
    </w:r>
    <w:proofErr w:type="spellEnd"/>
    <w:r w:rsidRPr="001B783A">
      <w:rPr>
        <w:i/>
        <w:sz w:val="18"/>
        <w:szCs w:val="18"/>
      </w:rPr>
      <w:t xml:space="preserve">, </w:t>
    </w:r>
    <w:proofErr w:type="spellStart"/>
    <w:r w:rsidRPr="001B783A">
      <w:rPr>
        <w:i/>
        <w:sz w:val="18"/>
        <w:szCs w:val="18"/>
      </w:rPr>
      <w:t>cancellazione</w:t>
    </w:r>
    <w:proofErr w:type="spellEnd"/>
    <w:r w:rsidRPr="001B783A">
      <w:rPr>
        <w:i/>
        <w:sz w:val="18"/>
        <w:szCs w:val="18"/>
      </w:rPr>
      <w:t xml:space="preserve"> e </w:t>
    </w:r>
    <w:proofErr w:type="spellStart"/>
    <w:r w:rsidRPr="001B783A">
      <w:rPr>
        <w:i/>
        <w:sz w:val="18"/>
        <w:szCs w:val="18"/>
      </w:rPr>
      <w:t>opposizione</w:t>
    </w:r>
    <w:proofErr w:type="spellEnd"/>
    <w:r w:rsidRPr="001B783A">
      <w:rPr>
        <w:i/>
        <w:sz w:val="18"/>
        <w:szCs w:val="18"/>
      </w:rPr>
      <w:t xml:space="preserve"> </w:t>
    </w:r>
    <w:proofErr w:type="spellStart"/>
    <w:r w:rsidRPr="001B783A">
      <w:rPr>
        <w:i/>
        <w:sz w:val="18"/>
        <w:szCs w:val="18"/>
      </w:rPr>
      <w:t>scrivendo</w:t>
    </w:r>
    <w:proofErr w:type="spellEnd"/>
    <w:r w:rsidRPr="001B783A">
      <w:rPr>
        <w:i/>
        <w:sz w:val="18"/>
        <w:szCs w:val="18"/>
      </w:rPr>
      <w:t xml:space="preserve"> a: Comune di Sarroch, Via </w:t>
    </w:r>
    <w:proofErr w:type="spellStart"/>
    <w:r w:rsidRPr="001B783A">
      <w:rPr>
        <w:i/>
        <w:sz w:val="18"/>
        <w:szCs w:val="18"/>
      </w:rPr>
      <w:t>Siotto</w:t>
    </w:r>
    <w:proofErr w:type="spellEnd"/>
    <w:r w:rsidRPr="001B783A">
      <w:rPr>
        <w:i/>
        <w:sz w:val="18"/>
        <w:szCs w:val="18"/>
      </w:rPr>
      <w:t xml:space="preserve"> n. 2, 09018 Sarroch, o alla PEC protocollosarroch@pec.it.</w:t>
    </w:r>
  </w:p>
  <w:p w14:paraId="4A080AC0" w14:textId="77777777" w:rsidR="001B783A" w:rsidRDefault="001B78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B24BAA" w14:textId="77777777" w:rsidR="007C6301" w:rsidRDefault="007C6301" w:rsidP="001B783A">
      <w:pPr>
        <w:spacing w:after="0" w:line="240" w:lineRule="auto"/>
      </w:pPr>
      <w:r>
        <w:separator/>
      </w:r>
    </w:p>
  </w:footnote>
  <w:footnote w:type="continuationSeparator" w:id="0">
    <w:p w14:paraId="50564DE9" w14:textId="77777777" w:rsidR="007C6301" w:rsidRDefault="007C6301" w:rsidP="001B7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9470294">
    <w:abstractNumId w:val="8"/>
  </w:num>
  <w:num w:numId="2" w16cid:durableId="1219166923">
    <w:abstractNumId w:val="6"/>
  </w:num>
  <w:num w:numId="3" w16cid:durableId="808598345">
    <w:abstractNumId w:val="5"/>
  </w:num>
  <w:num w:numId="4" w16cid:durableId="168519916">
    <w:abstractNumId w:val="4"/>
  </w:num>
  <w:num w:numId="5" w16cid:durableId="1421952838">
    <w:abstractNumId w:val="7"/>
  </w:num>
  <w:num w:numId="6" w16cid:durableId="719207181">
    <w:abstractNumId w:val="3"/>
  </w:num>
  <w:num w:numId="7" w16cid:durableId="900990160">
    <w:abstractNumId w:val="2"/>
  </w:num>
  <w:num w:numId="8" w16cid:durableId="1934433768">
    <w:abstractNumId w:val="1"/>
  </w:num>
  <w:num w:numId="9" w16cid:durableId="13027302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83A"/>
    <w:rsid w:val="00293E02"/>
    <w:rsid w:val="0029639D"/>
    <w:rsid w:val="00326F90"/>
    <w:rsid w:val="00535AB8"/>
    <w:rsid w:val="00680228"/>
    <w:rsid w:val="007C6301"/>
    <w:rsid w:val="00AA1D8D"/>
    <w:rsid w:val="00B42454"/>
    <w:rsid w:val="00B47730"/>
    <w:rsid w:val="00CB0664"/>
    <w:rsid w:val="00E9600B"/>
    <w:rsid w:val="00F15559"/>
    <w:rsid w:val="00F66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7E8445D-08CE-2E4C-A21B-F8D6D9A3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20539735B2714DA4F661D1547E49B7" ma:contentTypeVersion="14" ma:contentTypeDescription="Creare un nuovo documento." ma:contentTypeScope="" ma:versionID="aa75723ccbd23bd7df4396a3d97fa431">
  <xsd:schema xmlns:xsd="http://www.w3.org/2001/XMLSchema" xmlns:xs="http://www.w3.org/2001/XMLSchema" xmlns:p="http://schemas.microsoft.com/office/2006/metadata/properties" xmlns:ns2="09a2e74e-1b81-46ab-ad67-27bd5a19ac29" xmlns:ns3="cf830d98-dcc1-4060-8b3e-0018d5cf2a84" targetNamespace="http://schemas.microsoft.com/office/2006/metadata/properties" ma:root="true" ma:fieldsID="0d0a5f1d8ac8e246b1e201aff4b5fa75" ns2:_="" ns3:_="">
    <xsd:import namespace="09a2e74e-1b81-46ab-ad67-27bd5a19ac29"/>
    <xsd:import namespace="cf830d98-dcc1-4060-8b3e-0018d5cf2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NO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2e74e-1b81-46ab-ad67-27bd5a19a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a6671622-fa76-4f15-98d7-bb6c6ef34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0" nillable="true" ma:displayName="NOTE" ma:description="da regolarizzare" ma:format="Dropdown" ma:internalName="NOT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0d98-dcc1-4060-8b3e-0018d5cf2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09a2e74e-1b81-46ab-ad67-27bd5a19ac29" xsi:nil="true"/>
    <lcf76f155ced4ddcb4097134ff3c332f xmlns="09a2e74e-1b81-46ab-ad67-27bd5a19ac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2A3ECD-DA9C-4258-8749-F5F9ED2407C2}"/>
</file>

<file path=customXml/itemProps3.xml><?xml version="1.0" encoding="utf-8"?>
<ds:datastoreItem xmlns:ds="http://schemas.openxmlformats.org/officeDocument/2006/customXml" ds:itemID="{80A08A1B-4B97-4BDE-94FB-4EA6AFA19815}"/>
</file>

<file path=customXml/itemProps4.xml><?xml version="1.0" encoding="utf-8"?>
<ds:datastoreItem xmlns:ds="http://schemas.openxmlformats.org/officeDocument/2006/customXml" ds:itemID="{B54E33D1-7DC4-4829-8FED-88DBED8B11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Angelo Tolu - Comune di Sarroch</cp:lastModifiedBy>
  <cp:revision>7</cp:revision>
  <dcterms:created xsi:type="dcterms:W3CDTF">2013-12-23T23:15:00Z</dcterms:created>
  <dcterms:modified xsi:type="dcterms:W3CDTF">2026-10-02T11:37:00Z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0x0101003C20539735B2714DA4F661D1547E49B7</vt:lpwstr>
  </property>
</Properties>
</file>